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100"/>
        <w:jc w:val="center"/>
        <w:rPr>
          <w:rFonts w:ascii="Calibri" w:hAnsi="Calibri"/>
          <w:sz w:val="24"/>
          <w:szCs w:val="24"/>
          <w:lang w:val="it-IT"/>
        </w:rPr>
      </w:pPr>
      <w:r>
        <w:rPr>
          <w:rFonts w:ascii="Calibri" w:hAnsi="Calibri"/>
          <w:b/>
          <w:i w:val="false"/>
          <w:sz w:val="24"/>
          <w:szCs w:val="24"/>
          <w:lang w:val="it-IT"/>
        </w:rPr>
        <w:t>Allegato A – Domanda di partecipazione</w:t>
      </w:r>
    </w:p>
    <w:p>
      <w:pPr>
        <w:pStyle w:val="Normal"/>
        <w:spacing w:lineRule="auto" w:line="240" w:before="0" w:after="20"/>
        <w:jc w:val="left"/>
        <w:rPr>
          <w:rFonts w:ascii="Calibri" w:hAnsi="Calibri"/>
          <w:sz w:val="24"/>
          <w:szCs w:val="24"/>
          <w:lang w:val="it-IT"/>
        </w:rPr>
      </w:pPr>
      <w:r>
        <w:rPr>
          <w:rFonts w:ascii="Calibri" w:hAnsi="Calibri"/>
          <w:b/>
          <w:i w:val="false"/>
          <w:sz w:val="24"/>
          <w:szCs w:val="24"/>
          <w:lang w:val="it-IT"/>
        </w:rPr>
        <w:t>Spett.le SGT Multiservizi S.r.l.</w:t>
      </w:r>
    </w:p>
    <w:p>
      <w:pPr>
        <w:pStyle w:val="Normal"/>
        <w:spacing w:lineRule="auto" w:line="240" w:before="0" w:after="1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4"/>
          <w:szCs w:val="24"/>
          <w:lang w:val="it-IT"/>
        </w:rPr>
        <w:t xml:space="preserve">PEC: </w:t>
      </w:r>
      <w:hyperlink r:id="rId2">
        <w:r>
          <w:rPr>
            <w:rStyle w:val="Hyperlink"/>
            <w:rFonts w:ascii="Calibri" w:hAnsi="Calibri"/>
            <w:b w:val="false"/>
            <w:i w:val="false"/>
            <w:sz w:val="24"/>
            <w:szCs w:val="24"/>
            <w:lang w:val="it-IT"/>
          </w:rPr>
          <w:t>sgtmultiservizi@pec.sgtmultiservizi.it</w:t>
        </w:r>
      </w:hyperlink>
      <w:r>
        <w:rPr>
          <w:rFonts w:ascii="Calibri" w:hAnsi="Calibri"/>
          <w:b w:val="false"/>
          <w:i w:val="false"/>
          <w:sz w:val="24"/>
          <w:szCs w:val="24"/>
          <w:lang w:val="it-IT"/>
        </w:rPr>
        <w:t xml:space="preserve"> </w:t>
      </w:r>
    </w:p>
    <w:p>
      <w:pPr>
        <w:pStyle w:val="Normal"/>
        <w:spacing w:lineRule="auto" w:line="240" w:before="0" w:after="40"/>
        <w:jc w:val="center"/>
        <w:rPr>
          <w:rFonts w:ascii="Calibri" w:hAnsi="Calibri"/>
          <w:b/>
          <w:i w:val="false"/>
          <w:i w:val="false"/>
          <w:sz w:val="20"/>
          <w:szCs w:val="20"/>
          <w:lang w:val="it-IT"/>
        </w:rPr>
      </w:pPr>
      <w:r>
        <w:rPr>
          <w:rFonts w:ascii="Calibri" w:hAnsi="Calibri"/>
          <w:b/>
          <w:i w:val="false"/>
          <w:sz w:val="20"/>
          <w:szCs w:val="20"/>
          <w:lang w:val="it-IT"/>
        </w:rPr>
      </w:r>
    </w:p>
    <w:p>
      <w:pPr>
        <w:pStyle w:val="Normal"/>
        <w:spacing w:lineRule="auto" w:line="240" w:before="0" w:after="40"/>
        <w:jc w:val="center"/>
        <w:rPr>
          <w:rFonts w:ascii="Calibri" w:hAnsi="Calibri"/>
          <w:b/>
          <w:i w:val="false"/>
          <w:i w:val="false"/>
          <w:sz w:val="22"/>
          <w:szCs w:val="22"/>
          <w:lang w:val="it-IT"/>
        </w:rPr>
      </w:pPr>
      <w:r>
        <w:rPr>
          <w:rFonts w:ascii="Calibri" w:hAnsi="Calibri"/>
          <w:b/>
          <w:i w:val="false"/>
          <w:sz w:val="22"/>
          <w:szCs w:val="22"/>
          <w:lang w:val="it-IT"/>
        </w:rPr>
        <w:t>AVVISO DI SELEZIONE PUBBLICA</w:t>
      </w:r>
    </w:p>
    <w:p>
      <w:pPr>
        <w:pStyle w:val="Normal"/>
        <w:spacing w:lineRule="auto" w:line="240" w:before="0" w:after="20"/>
        <w:jc w:val="center"/>
        <w:rPr>
          <w:rFonts w:ascii="Calibri" w:hAnsi="Calibri"/>
          <w:sz w:val="22"/>
          <w:szCs w:val="22"/>
          <w:lang w:val="it-IT"/>
        </w:rPr>
      </w:pPr>
      <w:r>
        <w:rPr>
          <w:rFonts w:ascii="Calibri" w:hAnsi="Calibri"/>
          <w:b/>
          <w:i w:val="false"/>
          <w:sz w:val="22"/>
          <w:szCs w:val="22"/>
          <w:lang w:val="it-IT"/>
        </w:rPr>
        <w:t>per titoli e colloquio, per l’assunzione a tempo indeterminato di n. 5 unità di personale</w:t>
      </w:r>
    </w:p>
    <w:p>
      <w:pPr>
        <w:pStyle w:val="Normal"/>
        <w:spacing w:lineRule="auto" w:line="240" w:before="0" w:after="100"/>
        <w:jc w:val="center"/>
        <w:rPr>
          <w:rFonts w:ascii="Calibri" w:hAnsi="Calibri"/>
          <w:sz w:val="22"/>
          <w:szCs w:val="22"/>
          <w:lang w:val="it-IT"/>
        </w:rPr>
      </w:pPr>
      <w:r>
        <w:rPr>
          <w:rFonts w:ascii="Calibri" w:hAnsi="Calibri"/>
          <w:b w:val="false"/>
          <w:i w:val="false"/>
          <w:sz w:val="22"/>
          <w:szCs w:val="22"/>
          <w:lang w:val="it-IT"/>
        </w:rPr>
        <w:t>presso il servizio di refezione scolastica di SGT Multiservizi S.r.l.</w:t>
      </w:r>
    </w:p>
    <w:tbl>
      <w:tblPr>
        <w:tblStyle w:val="TableGrid"/>
        <w:tblW w:w="10310" w:type="dxa"/>
        <w:jc w:val="center"/>
        <w:tblInd w:w="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firstRow="1" w:noVBand="1" w:lastRow="0" w:firstColumn="1" w:lastColumn="0" w:noHBand="0" w:val="04a0"/>
      </w:tblPr>
      <w:tblGrid>
        <w:gridCol w:w="2062"/>
        <w:gridCol w:w="2062"/>
        <w:gridCol w:w="2062"/>
        <w:gridCol w:w="2062"/>
        <w:gridCol w:w="2062"/>
      </w:tblGrid>
      <w:tr>
        <w:trPr/>
        <w:tc>
          <w:tcPr>
            <w:tcW w:w="206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"/>
                <w:kern w:val="0"/>
                <w:sz w:val="18"/>
                <w:szCs w:val="18"/>
                <w:highlight w:val="none"/>
                <w:shd w:fill="EEEEEE" w:val="clear"/>
                <w:lang w:val="it-IT" w:eastAsia="en-US" w:bidi="ar-SA"/>
              </w:rPr>
            </w:pPr>
            <w:r>
              <w:rPr>
                <w:rFonts w:cs="" w:ascii="Calibri" w:hAnsi="Calibri"/>
                <w:b/>
                <w:kern w:val="0"/>
                <w:sz w:val="18"/>
                <w:szCs w:val="18"/>
                <w:shd w:fill="EEEEEE" w:val="clear"/>
                <w:lang w:val="it-IT" w:eastAsia="en-US" w:bidi="ar-SA"/>
              </w:rPr>
              <w:t>Profilo</w:t>
            </w:r>
          </w:p>
        </w:tc>
        <w:tc>
          <w:tcPr>
            <w:tcW w:w="206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"/>
                <w:kern w:val="0"/>
                <w:sz w:val="18"/>
                <w:szCs w:val="18"/>
                <w:highlight w:val="none"/>
                <w:shd w:fill="EEEEEE" w:val="clear"/>
                <w:lang w:val="it-IT" w:eastAsia="en-US" w:bidi="ar-SA"/>
              </w:rPr>
            </w:pPr>
            <w:r>
              <w:rPr>
                <w:rFonts w:cs="" w:ascii="Calibri" w:hAnsi="Calibri"/>
                <w:b/>
                <w:kern w:val="0"/>
                <w:sz w:val="18"/>
                <w:szCs w:val="18"/>
                <w:shd w:fill="EEEEEE" w:val="clear"/>
                <w:lang w:val="it-IT" w:eastAsia="en-US" w:bidi="ar-SA"/>
              </w:rPr>
              <w:t>Posti</w:t>
            </w:r>
          </w:p>
        </w:tc>
        <w:tc>
          <w:tcPr>
            <w:tcW w:w="206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"/>
                <w:kern w:val="0"/>
                <w:sz w:val="18"/>
                <w:szCs w:val="18"/>
                <w:highlight w:val="none"/>
                <w:shd w:fill="EEEEEE" w:val="clear"/>
                <w:lang w:val="it-IT" w:eastAsia="en-US" w:bidi="ar-SA"/>
              </w:rPr>
            </w:pPr>
            <w:r>
              <w:rPr>
                <w:rFonts w:cs="" w:ascii="Calibri" w:hAnsi="Calibri"/>
                <w:b/>
                <w:kern w:val="0"/>
                <w:sz w:val="18"/>
                <w:szCs w:val="18"/>
                <w:shd w:fill="EEEEEE" w:val="clear"/>
                <w:lang w:val="it-IT" w:eastAsia="en-US" w:bidi="ar-SA"/>
              </w:rPr>
              <w:t>Livello CCNL</w:t>
              <w:br/>
              <w:t>Multiservizi</w:t>
            </w:r>
          </w:p>
        </w:tc>
        <w:tc>
          <w:tcPr>
            <w:tcW w:w="206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"/>
                <w:kern w:val="0"/>
                <w:sz w:val="18"/>
                <w:szCs w:val="18"/>
                <w:highlight w:val="none"/>
                <w:shd w:fill="EEEEEE" w:val="clear"/>
                <w:lang w:val="it-IT" w:eastAsia="en-US" w:bidi="ar-SA"/>
              </w:rPr>
            </w:pPr>
            <w:r>
              <w:rPr>
                <w:rFonts w:cs="" w:ascii="Calibri" w:hAnsi="Calibri"/>
                <w:b/>
                <w:kern w:val="0"/>
                <w:sz w:val="18"/>
                <w:szCs w:val="18"/>
                <w:shd w:fill="EEEEEE" w:val="clear"/>
                <w:lang w:val="it-IT" w:eastAsia="en-US" w:bidi="ar-SA"/>
              </w:rPr>
              <w:t>Orario</w:t>
            </w:r>
          </w:p>
        </w:tc>
        <w:tc>
          <w:tcPr>
            <w:tcW w:w="2062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"/>
                <w:kern w:val="0"/>
                <w:sz w:val="18"/>
                <w:szCs w:val="18"/>
                <w:highlight w:val="none"/>
                <w:shd w:fill="EEEEEE" w:val="clear"/>
                <w:lang w:val="it-IT" w:eastAsia="en-US" w:bidi="ar-SA"/>
              </w:rPr>
            </w:pPr>
            <w:r>
              <w:rPr>
                <w:rFonts w:cs="" w:ascii="Calibri" w:hAnsi="Calibri"/>
                <w:b/>
                <w:kern w:val="0"/>
                <w:sz w:val="18"/>
                <w:szCs w:val="18"/>
                <w:shd w:fill="EEEEEE" w:val="clear"/>
                <w:lang w:val="it-IT" w:eastAsia="en-US" w:bidi="ar-SA"/>
              </w:rPr>
              <w:t>Sede / Area</w:t>
            </w:r>
          </w:p>
        </w:tc>
      </w:tr>
      <w:tr>
        <w:trPr/>
        <w:tc>
          <w:tcPr>
            <w:tcW w:w="20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b w:val="false"/>
                <w:kern w:val="0"/>
                <w:sz w:val="18"/>
                <w:szCs w:val="18"/>
                <w:lang w:val="it-IT" w:eastAsia="en-US" w:bidi="ar-SA"/>
              </w:rPr>
              <w:t>A) Aiuto cuoco</w:t>
            </w:r>
          </w:p>
        </w:tc>
        <w:tc>
          <w:tcPr>
            <w:tcW w:w="20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b w:val="false"/>
                <w:kern w:val="0"/>
                <w:sz w:val="18"/>
                <w:szCs w:val="18"/>
                <w:lang w:val="it-IT" w:eastAsia="en-US" w:bidi="ar-SA"/>
              </w:rPr>
              <w:t>1</w:t>
            </w:r>
          </w:p>
        </w:tc>
        <w:tc>
          <w:tcPr>
            <w:tcW w:w="20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b w:val="false"/>
                <w:kern w:val="0"/>
                <w:sz w:val="18"/>
                <w:szCs w:val="18"/>
                <w:lang w:val="it-IT" w:eastAsia="en-US" w:bidi="ar-SA"/>
              </w:rPr>
              <w:t>3° livello</w:t>
            </w:r>
          </w:p>
        </w:tc>
        <w:tc>
          <w:tcPr>
            <w:tcW w:w="20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b w:val="false"/>
                <w:kern w:val="0"/>
                <w:sz w:val="18"/>
                <w:szCs w:val="18"/>
                <w:lang w:val="it-IT" w:eastAsia="en-US" w:bidi="ar-SA"/>
              </w:rPr>
              <w:t>40 ore settimanali</w:t>
              <w:br/>
              <w:t>– tempo pieno</w:t>
            </w:r>
          </w:p>
        </w:tc>
        <w:tc>
          <w:tcPr>
            <w:tcW w:w="20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b w:val="false"/>
                <w:kern w:val="0"/>
                <w:sz w:val="18"/>
                <w:szCs w:val="18"/>
                <w:lang w:val="it-IT" w:eastAsia="en-US" w:bidi="ar-SA"/>
              </w:rPr>
              <w:t>Servizio di refezione</w:t>
              <w:br/>
              <w:t>scolastica</w:t>
            </w:r>
          </w:p>
        </w:tc>
      </w:tr>
      <w:tr>
        <w:trPr/>
        <w:tc>
          <w:tcPr>
            <w:tcW w:w="20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b w:val="false"/>
                <w:kern w:val="0"/>
                <w:sz w:val="18"/>
                <w:szCs w:val="18"/>
                <w:lang w:val="it-IT" w:eastAsia="en-US" w:bidi="ar-SA"/>
              </w:rPr>
              <w:t>B) Addetto/a mensa</w:t>
            </w:r>
          </w:p>
        </w:tc>
        <w:tc>
          <w:tcPr>
            <w:tcW w:w="20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b w:val="false"/>
                <w:kern w:val="0"/>
                <w:sz w:val="18"/>
                <w:szCs w:val="18"/>
                <w:lang w:val="it-IT" w:eastAsia="en-US" w:bidi="ar-SA"/>
              </w:rPr>
              <w:t>4</w:t>
            </w:r>
          </w:p>
        </w:tc>
        <w:tc>
          <w:tcPr>
            <w:tcW w:w="20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b w:val="false"/>
                <w:kern w:val="0"/>
                <w:sz w:val="18"/>
                <w:szCs w:val="18"/>
                <w:lang w:val="it-IT" w:eastAsia="en-US" w:bidi="ar-SA"/>
              </w:rPr>
              <w:t>2° livello</w:t>
            </w:r>
          </w:p>
        </w:tc>
        <w:tc>
          <w:tcPr>
            <w:tcW w:w="20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b w:val="false"/>
                <w:kern w:val="0"/>
                <w:sz w:val="18"/>
                <w:szCs w:val="18"/>
                <w:lang w:val="it-IT" w:eastAsia="en-US" w:bidi="ar-SA"/>
              </w:rPr>
              <w:t>n. 3 posti: 25 ore settimanali</w:t>
              <w:br/>
              <w:t>n. 1 posto: 20 ore settimanali</w:t>
              <w:br/>
              <w:t>– tempo parziale</w:t>
            </w:r>
          </w:p>
        </w:tc>
        <w:tc>
          <w:tcPr>
            <w:tcW w:w="206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b w:val="false"/>
                <w:kern w:val="0"/>
                <w:sz w:val="18"/>
                <w:szCs w:val="18"/>
                <w:lang w:val="it-IT" w:eastAsia="en-US" w:bidi="ar-SA"/>
              </w:rPr>
              <w:t>Servizio di refezione</w:t>
              <w:br/>
              <w:t>scolastica</w:t>
            </w:r>
          </w:p>
        </w:tc>
      </w:tr>
    </w:tbl>
    <w:p>
      <w:pPr>
        <w:pStyle w:val="Normal"/>
        <w:spacing w:lineRule="auto" w:line="240" w:before="0" w:after="2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sz w:val="20"/>
          <w:szCs w:val="20"/>
          <w:lang w:val="it-IT"/>
        </w:rPr>
      </w:r>
    </w:p>
    <w:p>
      <w:pPr>
        <w:pStyle w:val="Normal"/>
        <w:spacing w:lineRule="auto" w:line="240" w:before="0" w:after="120"/>
        <w:jc w:val="center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/>
          <w:i w:val="false"/>
          <w:sz w:val="20"/>
          <w:szCs w:val="20"/>
          <w:lang w:val="it-IT"/>
        </w:rPr>
        <w:t>DOMANDA DI PARTECIPAZIONE</w:t>
      </w:r>
    </w:p>
    <w:p>
      <w:pPr>
        <w:pStyle w:val="Normal"/>
        <w:spacing w:lineRule="auto" w:line="240" w:before="0" w:after="6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/>
          <w:i w:val="false"/>
          <w:sz w:val="20"/>
          <w:szCs w:val="20"/>
          <w:lang w:val="it-IT"/>
        </w:rPr>
        <w:t>Il/La sottoscritto/a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Cognome e nome: ______________________________________________________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Codice fiscale: __________________________________________________________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Nato/a a: ________________________________</w:t>
      </w:r>
      <w:r>
        <w:rPr>
          <w:rFonts w:ascii="Calibri" w:hAnsi="Calibri"/>
          <w:sz w:val="20"/>
          <w:szCs w:val="20"/>
          <w:lang w:val="it-IT"/>
        </w:rPr>
        <w:t xml:space="preserve">   il ___/___/________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Residente in (Comune e Provincia): ___________________________________________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Via/Piazza: ______________________________________</w:t>
      </w:r>
      <w:r>
        <w:rPr>
          <w:rFonts w:ascii="Calibri" w:hAnsi="Calibri"/>
          <w:sz w:val="20"/>
          <w:szCs w:val="20"/>
          <w:lang w:val="it-IT"/>
        </w:rPr>
        <w:t xml:space="preserve"> n. _____   CAP __________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Domicilio, se diverso dalla residenza: ___________________________________________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Telefono: ________________________________________________________________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E-mail: __________________________________________________________________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PEC: ____________________________________________________________________</w:t>
      </w:r>
    </w:p>
    <w:p>
      <w:pPr>
        <w:pStyle w:val="Normal"/>
        <w:spacing w:before="100" w:after="8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/>
          <w:sz w:val="20"/>
          <w:szCs w:val="20"/>
          <w:lang w:val="it-IT"/>
        </w:rPr>
        <w:t>Istanza</w:t>
      </w:r>
    </w:p>
    <w:p>
      <w:pPr>
        <w:pStyle w:val="Normal"/>
        <w:spacing w:lineRule="auto" w:line="240" w:before="0" w:after="80"/>
        <w:jc w:val="center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/>
          <w:i w:val="false"/>
          <w:sz w:val="20"/>
          <w:szCs w:val="20"/>
          <w:lang w:val="it-IT"/>
        </w:rPr>
        <w:t>CHIEDE</w:t>
      </w:r>
    </w:p>
    <w:p>
      <w:pPr>
        <w:pStyle w:val="Normal"/>
        <w:spacing w:lineRule="auto" w:line="240" w:before="0" w:after="6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di essere ammesso/a a partecipare alla selezione pubblica in oggetto per il seguente profilo (barrare una sola casella; per partecipare a entrambi i profili occorre presentare due domande distinte):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Profilo A – Aiuto cuoco – 3° livello CCNL Multiservizi – tempo pieno, 40 ore settimanali.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Profilo B – Addetto/a mensa – 2° livello CCNL Multiservizi – tempo parziale, 25 ore o 20 ore settimanali.</w:t>
      </w:r>
    </w:p>
    <w:p>
      <w:pPr>
        <w:pStyle w:val="Normal"/>
        <w:spacing w:before="100" w:after="8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/>
          <w:sz w:val="20"/>
          <w:szCs w:val="20"/>
          <w:lang w:val="it-IT"/>
        </w:rPr>
        <w:t>Dichiarazioni sostitutive</w:t>
      </w:r>
    </w:p>
    <w:p>
      <w:pPr>
        <w:pStyle w:val="Normal"/>
        <w:spacing w:lineRule="auto" w:line="240" w:before="0" w:after="6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A tal fine, ai sensi degli artt. 46 e 47 del D.P.R. 28 dicembre 2000, n. 445, consapevole delle responsabilità penali previste dall’art. 76 del medesimo decreto in caso di dichiarazioni false o mendaci,</w:t>
      </w:r>
    </w:p>
    <w:p>
      <w:pPr>
        <w:pStyle w:val="Normal"/>
        <w:spacing w:lineRule="auto" w:line="240" w:before="0" w:after="80"/>
        <w:jc w:val="center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/>
          <w:i w:val="false"/>
          <w:sz w:val="20"/>
          <w:szCs w:val="20"/>
          <w:lang w:val="it-IT"/>
        </w:rPr>
        <w:t>DICHIARA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di essere cittadino/a italiano/a;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di essere cittadino/a del seguente Stato: _______________________________________________________________;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di essere titolare di regolare titolo di soggiorno che consente lo svolgimento di attività lavorativa subordinata; titolo n./tipologia: _______________________________________________________________________;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di aver compiuto 18 anni;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di godere dei diritti civili e politici;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se cittadino/a di altro Stato, di godere dei diritti civili e politici nello Stato di appartenenza o di provenienza;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di possedere l’idoneità fisica alle mansioni del profilo prescelto, ivi compresa l’idoneità alla manipolazione degli alimenti;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di possedere adeguata conoscenza della lingua italiana;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che non sussistono a proprio carico le condizioni ostative di cui all’art. 53, comma 16-ter, del D.Lgs. 165/2001;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di non essere stato/a destituito/a, dispensato/a o licenziato/a per giusta causa o giustificato motivo soggettivo da una pubblica amministrazione o da una società a controllo pubblico, né dichiarato/a decaduto/a da un impiego conseguito con documenti falsi o viziati da invalidità insanabile;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di non aver riportato sentenze penali di condanna passate in giudicato, né sentenze di applicazione della pena su richiesta, per i delitti di cui al Capo I del Titolo II del Libro II del codice penale, e che non sussistono misure di prevenzione definitive o misure interdittive in corso di esecuzione che impediscano lo svolgimento delle mansioni;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di aver riportato le seguenti condanne/procedimenti/sentenze, anche non definitive, comprese quelle con beneficio della non menzione (specificare):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_______________________________________________________________________________________________________</w:t>
      </w:r>
    </w:p>
    <w:p>
      <w:pPr>
        <w:pStyle w:val="Normal"/>
        <w:spacing w:lineRule="auto" w:line="240" w:before="0" w:after="6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_______________________________________________________________________________________________________</w:t>
      </w:r>
    </w:p>
    <w:p>
      <w:pPr>
        <w:pStyle w:val="Normal"/>
        <w:spacing w:before="100" w:after="8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/>
          <w:sz w:val="20"/>
          <w:szCs w:val="20"/>
          <w:lang w:val="it-IT"/>
        </w:rPr>
        <w:t>Requisiti specifici di ammissione</w:t>
      </w:r>
    </w:p>
    <w:p>
      <w:pPr>
        <w:pStyle w:val="Normal"/>
        <w:spacing w:lineRule="auto" w:line="240" w:before="0" w:after="8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/>
          <w:sz w:val="20"/>
          <w:szCs w:val="20"/>
          <w:lang w:val="it-IT"/>
        </w:rPr>
        <w:t>Barrare esclusivamente la sezione corrispondente al profilo prescelto e compilare in modo completo i dati relativi al titolo e all’esperienza professionale.</w:t>
      </w:r>
    </w:p>
    <w:p>
      <w:pPr>
        <w:pStyle w:val="Normal"/>
        <w:spacing w:lineRule="auto" w:line="240" w:before="0" w:after="6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/>
          <w:i w:val="false"/>
          <w:sz w:val="20"/>
          <w:szCs w:val="20"/>
          <w:lang w:val="it-IT"/>
        </w:rPr>
        <w:t>A) Se si concorre per il Profilo A – Aiuto cuoco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di possedere il seguente titolo di studio (barrare il caso pertinente):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diploma di istruzione secondaria di secondo grado quinquennale (licenza media superiore), di qualunque indirizzo;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qualifica o diploma professionale (IeFP) attinente al settore della ristorazione, alberghiero o alimentare.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Denominazione del titolo: ______________________________________________________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Conseguito presso: __________________________________________________________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In data: ___________________________</w:t>
      </w:r>
      <w:r>
        <w:rPr>
          <w:rFonts w:ascii="Calibri" w:hAnsi="Calibri"/>
          <w:sz w:val="20"/>
          <w:szCs w:val="20"/>
          <w:lang w:val="it-IT"/>
        </w:rPr>
        <w:t xml:space="preserve">   Votazione: _______________________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Eventuale equipollenza/equiparazione/riconoscimento del titolo estero: ________________________________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di possedere almeno 24 mesi, anche non continuativi ma cumulabili, di esperienza nel settore della ristorazione collettiva e/o della refezione, presso datori di lavoro o committenti pubblici o privati.</w:t>
      </w:r>
    </w:p>
    <w:p>
      <w:pPr>
        <w:pStyle w:val="Normal"/>
        <w:spacing w:lineRule="auto" w:line="240" w:before="60" w:after="6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/>
          <w:i w:val="false"/>
          <w:sz w:val="20"/>
          <w:szCs w:val="20"/>
          <w:lang w:val="it-IT"/>
        </w:rPr>
        <w:t>B) Se si concorre per il Profilo B – Addetto/a mensa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di possedere il diploma di istruzione secondaria di primo grado (licenza media inferiore).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Conseguito presso: __________________________________________________________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In data: ___________________________</w:t>
      </w:r>
      <w:r>
        <w:rPr>
          <w:rFonts w:ascii="Calibri" w:hAnsi="Calibri"/>
          <w:sz w:val="20"/>
          <w:szCs w:val="20"/>
          <w:lang w:val="it-IT"/>
        </w:rPr>
        <w:t xml:space="preserve">   Votazione: _______________________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Eventuale equipollenza/equiparazione/riconoscimento del titolo estero: ________________________________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di possedere almeno 12 mesi, anche non continuativi ma cumulabili, di esperienza nel settore della ristorazione collettiva e/o della refezione, presso datori di lavoro o committenti pubblici o privati.</w:t>
      </w:r>
    </w:p>
    <w:p>
      <w:pPr>
        <w:pStyle w:val="Normal"/>
        <w:spacing w:before="100" w:after="8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/>
          <w:sz w:val="20"/>
          <w:szCs w:val="20"/>
          <w:lang w:val="it-IT"/>
        </w:rPr>
        <w:t>Esperienze professionali dichiarate</w:t>
      </w:r>
    </w:p>
    <w:p>
      <w:pPr>
        <w:pStyle w:val="Normal"/>
        <w:spacing w:lineRule="auto" w:line="240" w:before="0" w:after="8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Indicare analiticamente tutti i periodi di esperienza attinente. Per ciascun periodo devono essere specificati datore di lavoro/committente, sede, data di inizio e termine, mansioni effettivamente svolte e tipologia contrattuale. Le dichiarazioni generiche o incomplete non sono valutabili.</w:t>
      </w:r>
    </w:p>
    <w:tbl>
      <w:tblPr>
        <w:tblStyle w:val="TableGrid"/>
        <w:tblW w:w="10314" w:type="dxa"/>
        <w:jc w:val="center"/>
        <w:tblInd w:w="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firstRow="1" w:noVBand="1" w:lastRow="0" w:firstColumn="1" w:lastColumn="0" w:noHBand="0" w:val="04a0"/>
      </w:tblPr>
      <w:tblGrid>
        <w:gridCol w:w="1719"/>
        <w:gridCol w:w="1718"/>
        <w:gridCol w:w="1720"/>
        <w:gridCol w:w="1719"/>
        <w:gridCol w:w="1718"/>
        <w:gridCol w:w="1719"/>
      </w:tblGrid>
      <w:tr>
        <w:trPr>
          <w:tblHeader w:val="true"/>
        </w:trPr>
        <w:tc>
          <w:tcPr>
            <w:tcW w:w="1719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b/>
                <w:kern w:val="0"/>
                <w:sz w:val="18"/>
                <w:szCs w:val="18"/>
                <w:lang w:val="it-IT" w:eastAsia="en-US" w:bidi="ar-SA"/>
              </w:rPr>
              <w:t>Datore di lavoro /</w:t>
              <w:br/>
              <w:t>committente</w:t>
            </w:r>
          </w:p>
        </w:tc>
        <w:tc>
          <w:tcPr>
            <w:tcW w:w="1718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b/>
                <w:kern w:val="0"/>
                <w:sz w:val="18"/>
                <w:szCs w:val="18"/>
                <w:lang w:val="it-IT" w:eastAsia="en-US" w:bidi="ar-SA"/>
              </w:rPr>
              <w:t>Sede del</w:t>
              <w:br/>
              <w:t>servizio</w:t>
            </w:r>
          </w:p>
        </w:tc>
        <w:tc>
          <w:tcPr>
            <w:tcW w:w="1720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b/>
                <w:kern w:val="0"/>
                <w:sz w:val="18"/>
                <w:szCs w:val="18"/>
                <w:lang w:val="it-IT" w:eastAsia="en-US" w:bidi="ar-SA"/>
              </w:rPr>
              <w:t>Dal</w:t>
              <w:br/>
              <w:t>(gg/mm/aaaa)</w:t>
            </w:r>
          </w:p>
        </w:tc>
        <w:tc>
          <w:tcPr>
            <w:tcW w:w="1719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b/>
                <w:kern w:val="0"/>
                <w:sz w:val="18"/>
                <w:szCs w:val="18"/>
                <w:lang w:val="it-IT" w:eastAsia="en-US" w:bidi="ar-SA"/>
              </w:rPr>
              <w:t>Al</w:t>
              <w:br/>
              <w:t>(gg/mm/aaaa)</w:t>
            </w:r>
          </w:p>
        </w:tc>
        <w:tc>
          <w:tcPr>
            <w:tcW w:w="1718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b/>
                <w:kern w:val="0"/>
                <w:sz w:val="18"/>
                <w:szCs w:val="18"/>
                <w:lang w:val="it-IT" w:eastAsia="en-US" w:bidi="ar-SA"/>
              </w:rPr>
              <w:t>Mansioni effettivamente svolte</w:t>
              <w:br/>
              <w:t>/ contesto di refezione</w:t>
            </w:r>
          </w:p>
        </w:tc>
        <w:tc>
          <w:tcPr>
            <w:tcW w:w="1719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b/>
                <w:kern w:val="0"/>
                <w:sz w:val="18"/>
                <w:szCs w:val="18"/>
                <w:lang w:val="it-IT" w:eastAsia="en-US" w:bidi="ar-SA"/>
              </w:rPr>
              <w:t>Tipologia contrattuale</w:t>
              <w:br/>
              <w:t>/ ore settimanali</w:t>
            </w:r>
          </w:p>
        </w:tc>
      </w:tr>
      <w:tr>
        <w:trPr/>
        <w:tc>
          <w:tcPr>
            <w:tcW w:w="17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2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</w:tr>
      <w:tr>
        <w:trPr/>
        <w:tc>
          <w:tcPr>
            <w:tcW w:w="17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2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</w:tr>
      <w:tr>
        <w:trPr/>
        <w:tc>
          <w:tcPr>
            <w:tcW w:w="17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2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</w:tr>
      <w:tr>
        <w:trPr/>
        <w:tc>
          <w:tcPr>
            <w:tcW w:w="17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2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</w:tr>
      <w:tr>
        <w:trPr/>
        <w:tc>
          <w:tcPr>
            <w:tcW w:w="17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2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</w:tr>
      <w:tr>
        <w:trPr/>
        <w:tc>
          <w:tcPr>
            <w:tcW w:w="17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2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  <w:tc>
          <w:tcPr>
            <w:tcW w:w="1719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160"/>
              <w:jc w:val="center"/>
              <w:rPr>
                <w:rFonts w:ascii="Calibri" w:hAnsi="Calibri" w:cs=""/>
                <w:kern w:val="0"/>
                <w:sz w:val="18"/>
                <w:szCs w:val="18"/>
                <w:lang w:val="it-IT" w:eastAsia="en-US" w:bidi="ar-SA"/>
              </w:rPr>
            </w:pPr>
            <w:r>
              <w:rPr>
                <w:rFonts w:cs="" w:ascii="Calibri" w:hAnsi="Calibri"/>
                <w:kern w:val="0"/>
                <w:sz w:val="18"/>
                <w:szCs w:val="18"/>
                <w:lang w:val="it-IT" w:eastAsia="en-US" w:bidi="ar-SA"/>
              </w:rPr>
            </w:r>
          </w:p>
        </w:tc>
      </w:tr>
    </w:tbl>
    <w:p>
      <w:pPr>
        <w:pStyle w:val="Normal"/>
        <w:spacing w:before="0" w:after="2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sz w:val="20"/>
          <w:szCs w:val="20"/>
          <w:lang w:val="it-IT"/>
        </w:rPr>
      </w:r>
    </w:p>
    <w:p>
      <w:pPr>
        <w:pStyle w:val="Normal"/>
        <w:spacing w:lineRule="auto" w:line="240" w:before="0" w:after="10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/>
          <w:sz w:val="20"/>
          <w:szCs w:val="20"/>
          <w:lang w:val="it-IT"/>
        </w:rPr>
        <w:t>Proseguire, se necessario, su foglio separato datato e sottoscritto, riproducendo le medesime colonne.</w:t>
      </w:r>
    </w:p>
    <w:p>
      <w:pPr>
        <w:pStyle w:val="Normal"/>
        <w:spacing w:before="100" w:after="8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/>
          <w:sz w:val="20"/>
          <w:szCs w:val="20"/>
          <w:lang w:val="it-IT"/>
        </w:rPr>
        <w:t>Titoli valutabili</w:t>
      </w:r>
    </w:p>
    <w:p>
      <w:pPr>
        <w:pStyle w:val="Normal"/>
        <w:spacing w:lineRule="auto" w:line="240" w:before="0" w:after="6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Ai fini della valutazione dei titoli di studio e formativi di cui all’art. 8.2 dell’avviso, il/la sottoscritto/a dichiara di possedere i seguenti titoli ulteriori rispetto a quello indicato ai fini dell’ammissione: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Titolo di studio superiore a quello richiesto per l’accesso al profilo prescelto (indicare il titolo più elevato posseduto):</w:t>
      </w:r>
    </w:p>
    <w:p>
      <w:pPr>
        <w:pStyle w:val="Normal"/>
        <w:spacing w:lineRule="auto" w:line="240" w:before="0" w:after="6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_______________________________________________________________________________________________________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Qualifica/e professionale/i, diploma/i professionale/i o diploma/i di istruzione secondaria attinente/i al settore della ristorazione, alberghiero o alimentare: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_______________________________________________________________________________________________________</w:t>
      </w:r>
    </w:p>
    <w:p>
      <w:pPr>
        <w:pStyle w:val="Normal"/>
        <w:spacing w:lineRule="auto" w:line="240" w:before="0" w:after="6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_______________________________________________________________________________________________________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Attestato di formazione per alimentaristi / HACCP in corso di validità: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Ente formatore: _________________________________________________________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Data di conseguimento: _____________________________________________</w:t>
      </w:r>
      <w:r>
        <w:rPr>
          <w:rFonts w:ascii="Calibri" w:hAnsi="Calibri"/>
          <w:sz w:val="20"/>
          <w:szCs w:val="20"/>
          <w:lang w:val="it-IT"/>
        </w:rPr>
        <w:t xml:space="preserve">   Scadenza: ___/___/________</w:t>
      </w:r>
    </w:p>
    <w:p>
      <w:pPr>
        <w:pStyle w:val="Normal"/>
        <w:spacing w:before="100" w:after="8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/>
          <w:sz w:val="20"/>
          <w:szCs w:val="20"/>
          <w:lang w:val="it-IT"/>
        </w:rPr>
        <w:t>Titoli di preferenza</w:t>
      </w:r>
    </w:p>
    <w:p>
      <w:pPr>
        <w:pStyle w:val="Normal"/>
        <w:spacing w:lineRule="auto" w:line="240" w:before="0" w:after="6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Il/La sottoscritto/a dichiara di possedere, alla data di scadenza del termine di presentazione della domanda, i seguenti eventuali titoli di preferenza di cui all’art. 12.2 dell’avviso (barrare e specificare, ove necessario):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insignito/a di medaglia al valor militare o al valor civile, cessato/a dal servizio;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mutilato/a o invalido/a per servizio nel settore pubblico o privato;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orfano/a di caduti o figlio/a di mutilati, invalidi e inabili permanenti al lavoro per ragioni di servizio nel settore pubblico o privato;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maggior numero di figli a carico: n. ________;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invalido/a o mutilato/a civile non rientrante nelle ipotesi precedenti;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militare volontario delle Forze armate congedato senza demerito al termine della ferma o della rafferma;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altro elemento utile ai fini dell’ordine di preferenza previsto dall’avviso: _________________________________.</w:t>
      </w:r>
    </w:p>
    <w:p>
      <w:pPr>
        <w:pStyle w:val="Normal"/>
        <w:spacing w:before="100" w:after="8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/>
          <w:sz w:val="20"/>
          <w:szCs w:val="20"/>
          <w:lang w:val="it-IT"/>
        </w:rPr>
        <w:t>Ausili e misure compensative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/>
          <w:i w:val="false"/>
          <w:sz w:val="20"/>
          <w:szCs w:val="20"/>
          <w:lang w:val="it-IT"/>
        </w:rPr>
        <w:t>Il/La sottoscritto/a: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non richiede ausili, tempi aggiuntivi o strumenti compensativi per lo svolgimento del colloquio;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richiede i seguenti ausili e/o tempi aggiuntivi ai sensi dell’art. 20 della L. 104/1992, allegando idonea certificazione rilasciata da struttura sanitaria pubblica o accreditata:</w:t>
      </w:r>
    </w:p>
    <w:p>
      <w:pPr>
        <w:pStyle w:val="Normal"/>
        <w:spacing w:lineRule="auto" w:line="240" w:before="0" w:after="6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_______________________________________________________________________________________________________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dichiara invalidità pari o superiore all’80% e chiede l’ammissione al colloquio in soprannumero ai sensi dell’art. 5.2 dell’avviso, allegando idonea certificazione;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richiede strumenti compensativi e/o tempi aggiuntivi ai sensi della L. 170/2010 e del D.M. 9 novembre 2021, allegando idonea documentazione:</w:t>
      </w:r>
    </w:p>
    <w:p>
      <w:pPr>
        <w:pStyle w:val="Normal"/>
        <w:spacing w:lineRule="auto" w:line="240" w:before="0" w:after="6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_______________________________________________________________________________________________________</w:t>
      </w:r>
    </w:p>
    <w:p>
      <w:pPr>
        <w:pStyle w:val="Normal"/>
        <w:spacing w:before="100" w:after="8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/>
          <w:sz w:val="20"/>
          <w:szCs w:val="20"/>
          <w:lang w:val="it-IT"/>
        </w:rPr>
        <w:t>Recapiti e comunicazioni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Il/La sottoscritto/a dichiara di voler ricevere ogni comunicazione individuale eventualmente prevista dall’avviso al seguente domicilio digitale / recapito:</w:t>
      </w:r>
    </w:p>
    <w:p>
      <w:pPr>
        <w:pStyle w:val="Normal"/>
        <w:spacing w:lineRule="auto" w:line="240" w:before="0" w:after="40"/>
        <w:rPr>
          <w:rFonts w:ascii="Calibri" w:hAnsi="Calibri"/>
          <w:b w:val="false"/>
          <w:i w:val="false"/>
          <w:i w:val="false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PEC______________________________________________________________ </w:t>
      </w:r>
    </w:p>
    <w:p>
      <w:pPr>
        <w:pStyle w:val="Normal"/>
        <w:spacing w:lineRule="auto" w:line="240" w:before="0" w:after="40"/>
        <w:rPr>
          <w:rFonts w:ascii="Calibri" w:hAnsi="Calibri"/>
          <w:b w:val="false"/>
          <w:i w:val="false"/>
          <w:i w:val="false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e-mail: ______________________________________________________________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Indirizzo di residenza o domicilio: _________________________________________________</w:t>
      </w:r>
    </w:p>
    <w:p>
      <w:pPr>
        <w:pStyle w:val="Normal"/>
        <w:spacing w:lineRule="auto" w:line="240" w:before="0" w:after="8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Si impegna a comunicare tempestivamente ogni variazione dei recapiti indicati.</w:t>
      </w:r>
    </w:p>
    <w:p>
      <w:pPr>
        <w:pStyle w:val="Normal"/>
        <w:spacing w:before="100" w:after="8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/>
          <w:sz w:val="20"/>
          <w:szCs w:val="20"/>
          <w:lang w:val="it-IT"/>
        </w:rPr>
        <w:t>Allegati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Alla presente domanda si allegano: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copia di documento di identità in corso di validità (obbligatoria, salvo sottoscrizione digitale della domanda);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curriculum vitae datato e sottoscritto;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documentazione o autocertificazione dei titoli di studio e formativi dichiarati ai fini della valutazione;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elenco analitico dei periodi di esperienza professionale, se non integralmente riportati nella presente domanda;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documentazione dei titoli di preferenza;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documentazione relativa a disabilità, DSA, ausili, tempi aggiuntivi o ammissione in soprannumero;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copia del provvedimento di equipollenza/equiparazione/riconoscimento del titolo estero, se del caso;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altro: _________________________________________________________________________________________________.</w:t>
      </w:r>
    </w:p>
    <w:p>
      <w:pPr>
        <w:pStyle w:val="Normal"/>
        <w:spacing w:before="100" w:after="8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/>
          <w:sz w:val="20"/>
          <w:szCs w:val="20"/>
          <w:lang w:val="it-IT"/>
        </w:rPr>
        <w:t>Dichiarazioni finali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/>
          <w:i w:val="false"/>
          <w:sz w:val="20"/>
          <w:szCs w:val="20"/>
          <w:lang w:val="it-IT"/>
        </w:rPr>
        <w:t>Il/La sottoscritto/a: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dichiara di aver preso visione integrale dell’avviso di selezione e di accettarne senza riserva tutte le disposizioni;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dichiara che quanto riportato nella presente domanda e negli allegati corrisponde al vero;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prende atto che il conferimento dei dati personali è necessario ai fini della partecipazione alla procedura;</w:t>
      </w:r>
    </w:p>
    <w:p>
      <w:pPr>
        <w:pStyle w:val="Normal"/>
        <w:spacing w:lineRule="auto" w:line="240" w:before="0" w:after="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 xml:space="preserve">☐  </w:t>
      </w:r>
      <w:r>
        <w:rPr>
          <w:rFonts w:ascii="Calibri" w:hAnsi="Calibri"/>
          <w:b w:val="false"/>
          <w:i w:val="false"/>
          <w:sz w:val="20"/>
          <w:szCs w:val="20"/>
          <w:lang w:val="it-IT"/>
        </w:rPr>
        <w:t>dichiara di aver ricevuto e compreso l’informativa sul trattamento dei dati personali pubblicata unitamente all’avviso.</w:t>
      </w:r>
    </w:p>
    <w:p>
      <w:pPr>
        <w:pStyle w:val="Normal"/>
        <w:spacing w:lineRule="auto" w:line="240" w:before="0" w:after="10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sz w:val="20"/>
          <w:szCs w:val="20"/>
          <w:lang w:val="it-IT"/>
        </w:rPr>
      </w:r>
    </w:p>
    <w:p>
      <w:pPr>
        <w:pStyle w:val="Normal"/>
        <w:spacing w:lineRule="auto" w:line="240" w:before="0" w:after="10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Luogo ____________________________________________</w:t>
      </w:r>
    </w:p>
    <w:p>
      <w:pPr>
        <w:pStyle w:val="Normal"/>
        <w:spacing w:lineRule="auto" w:line="240" w:before="0" w:after="240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Data ___/___/________</w:t>
      </w:r>
    </w:p>
    <w:p>
      <w:pPr>
        <w:pStyle w:val="Normal"/>
        <w:spacing w:lineRule="auto" w:line="240" w:before="0" w:after="320"/>
        <w:jc w:val="center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/>
          <w:i w:val="false"/>
          <w:sz w:val="20"/>
          <w:szCs w:val="20"/>
          <w:lang w:val="it-IT"/>
        </w:rPr>
        <w:t>Firma del/della candidato/a</w:t>
      </w:r>
    </w:p>
    <w:p>
      <w:pPr>
        <w:pStyle w:val="Normal"/>
        <w:spacing w:lineRule="auto" w:line="240" w:before="0" w:after="60"/>
        <w:jc w:val="center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 w:val="false"/>
          <w:sz w:val="20"/>
          <w:szCs w:val="20"/>
          <w:lang w:val="it-IT"/>
        </w:rPr>
        <w:t>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sz w:val="20"/>
          <w:szCs w:val="20"/>
          <w:lang w:val="it-IT"/>
        </w:rPr>
      </w:pPr>
      <w:r>
        <w:rPr>
          <w:rFonts w:ascii="Calibri" w:hAnsi="Calibri"/>
          <w:b w:val="false"/>
          <w:i/>
          <w:sz w:val="20"/>
          <w:szCs w:val="20"/>
          <w:lang w:val="it-IT"/>
        </w:rPr>
        <w:t>(allegare copia di documento di identità in corso di validità, salvo sottoscrizione digitale)</w:t>
      </w:r>
    </w:p>
    <w:sectPr>
      <w:type w:val="nextPage"/>
      <w:pgSz w:w="12240" w:h="15840"/>
      <w:pgMar w:left="964" w:right="964" w:gutter="0" w:header="0" w:top="850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Arial" w:cs="" w:cstheme="minorBidi"/>
      <w:color w:val="auto"/>
      <w:kern w:val="0"/>
      <w:sz w:val="19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ito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gtmultiservizi@pec.sgtmultiservizi.it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LibreOffice/25.2.7.2$Windows_X86_64 LibreOffice_project/5cbfd1ab6520636bb5f7b99185aa69bd7456825d</Application>
  <AppVersion>15.0000</AppVersion>
  <Pages>4</Pages>
  <Words>1263</Words>
  <Characters>9651</Characters>
  <CharactersWithSpaces>10849</CharactersWithSpaces>
  <Paragraphs>134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SGT Multiservizi S.r.l.</dc:creator>
  <dc:description>generated by python-docx</dc:description>
  <dc:language>it-IT</dc:language>
  <cp:lastModifiedBy/>
  <dcterms:modified xsi:type="dcterms:W3CDTF">2026-09-04T01:05:24Z</dcterms:modified>
  <cp:revision>5</cp:revision>
  <dc:subject>Selezione pubblica per titoli e colloquio – servizio di refezione scolastica</dc:subject>
  <dc:title>Allegato A – Modulo domanda di partecipazione – SGT Refezione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